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ורגש - פינת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כלים להתמודדות עם רגשות כספיים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בכלי עש״ן ד״ק לפני קבלת החלטה כספית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לתמוך בחבר או בחברה שנפגעו כלכלית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רגע לפני החלטה כספית אימפולסיבית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כשרואים כיתוב 'המבצע נגמר בעוד 4 דקות'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הכלי מתאים גם למצבים כאלה, לא רק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משישה הערוצים בכלי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אותיות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רגע ולא קונים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 שרירים בידיים ובכתפיים)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 עמוק שלוש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(אומרים לעצמנו 'אני בוחר בחוכמה')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עש״ן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בידיים ובכתפיים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שלוש 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מצב ריאלי ויפרט לפחות שלושה שלבים מתוך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ערוץ אחד או שניים ויסביר בקצרה למה הוא מתאים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לפני החלטה כספית אימפולסיבית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ערוצים מתוך: גוף, שכל, רגש, אמונה ומשמעות, חברה,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כאן איתך' שמבטא מחויבות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את שלבי עש״ן ד״ק בקול רם, כולל נשימות ושחרור שרירים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מעש״ה כדאי לבקש מהתלמידים לדמות שיחה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שבמצבי הונאה אמיתיים יש לפנות למבוגר אחראי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ורגש - פינת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כסף מעורר אצלנו רגשות חזקים כמו לחץ, בושה, קנאה או התרגשות. בדף הזה נתרגל שלושה כלים שעוזרים להחליט בשקט ולתמוך בחברים כשמשהו לא מסתדר.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שישה  ·  עש״ן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לעזור לזכור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 רגע לפני החלטה כספית אימפולסיבית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לחשב ריבית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מצב הכי מתאים להשתמש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כשרואים כיתוב 'המבצע נגמר בעוד 4 דקות'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כשממלאים טופס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כשקוראים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כלי עש״ן ד״ק יכול לעזור גם אחרי ויכוח על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בכלי גש״ר מאח״ד יש ערוץ שנקרא דמיון, שבו מדמיינים איך מסבירים לאחרים להיזהר.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אותיות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משחררים שרירים בידיים ובכתפיים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אומרים לעצמנו 'אני בוחר בחוכמה'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רגע ולא קונים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נושמים עמוק שלוש פעמים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קנייה אימפולסיבית כדאי להשתמש בכלי __________ ד״ק.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בכלי גש״ר מאח״ד יש __________ ערוצי התמודדות 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עמוק שלוש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רגע ולא קונים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 שרירים בידיים ובכתפיים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כספי שבו הרגשתם לחץ, והסבירו איך תשתמשו בכלי עש״ן ד״ק כדי להירגע לפני ההחלטה.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ערוץ מתוך גש״ר מאח״ד הכי עוזר לכם כשמשהו לא מסתדר, ואיזה תנסו בפעם הבאה?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תפקידו של כלי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ערוצים מתוך גש״ר מאח״ד.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ורגש - פינת 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