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ורגש - פינת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כלים להתמודדות עם רגשות כספיים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בכלי עש״ן ד״ק לפני קבלת החלטה כספית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לתמוך בחבר או בחברה שנפגעו כלכלית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רגע לפני החלטה כספית אימפולסיבית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כשרואים כיתוב 'המבצע נגמר בעוד 4 דקות'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אמונה ומשמעות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הכלי מתאים גם למצבים כאלה, לא רק לפני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משישה הערוצים בכלי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מעש״ה מיועד לתמיכה בחבר שנפגע כלכלית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השלב הראשון הוא עצירה רגעית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אותיות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(עוצרים רגע ולא קונים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(משחררים שרירים בידיים ובכתפיים)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(נושמים עמוק שלוש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(אומרים לעצמנו 'אני בוחר בחוכמה')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(מחליטים אם זה צורך או 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עש״ן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ולא קונים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שרירים בידיים ובכתפיים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'אני בוחר בחוכמה'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מחליטים: צריך או רוצה?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מצב ריאלי ויפרט לפחות שלושה שלבים מתוך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ערוץ אחד או שניים ויסביר בקצרה למה הוא מתאים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לפני החלטה כספית אימפולסיבית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ערוצים מתוך: גוף, שכל, רגש, אמונה ומשמעות, חברה,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כמו 'אני כאן איתך' שמבטא מחויבות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בכיתה את שלבי עש״ן ד״ק בקול רם, כולל נשימות ושחרור שרירים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מעש״ה כדאי לבקש מהתלמידים לדמות שיחה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שבמצבי הונאה אמיתיים יש לפנות למבוגר אחראי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ורגש - פינת חוסן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כסף גורם לנו להרגיש דברים כמו פחד או שמחה. בדף הזה נלמד שלוש דרכים להירגע ולעזור לחברים.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שעוזר לעצור לפני קנייה מהירה מדי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שישה ערוצים להתמודדות אחרי טעות כספית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לעזרה לחבר שנפגע כלכלית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אימפולסיבי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החלטה מהירה בלי לחשוב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הונאה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מרמים מישהו כדי לקחת ממנו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ולהתאושש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עצמי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שאומרים לעצמנו כדי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חסימה ודיווח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מיידית כשיש חשד להונאה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 הכלי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לזכור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רגע לפני החלטה כספית אימפולסיבית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לחשב ריבית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בין שני מוצרים זהים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כדאי להשתמש בכלי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כשרואים כיתוב 'המבצע נגמר בעוד 4 דקות'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כשממלאים טופס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דרכים יש בכלי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ערוץ מתאים למשפט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אמונה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עש״ן ד״ק יכול לעזור גם אחרי ויכוח על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בכלי גש״ר מאח״ד יש ערוץ שנקרא דמיון, שבו מדמיינים איך מסבירים לאחרים להיזהר.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מעש״ה הוא כלי שמשמש רק למצבי קנייה אימפולסיבית.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הראשון בעש״ן ד״ק הוא דיבור עצמי.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- אותיות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אומרים לעצמנו 'אני בוחר בחוכמה'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מחליטים אם זה צורך או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 רגע ולא קונים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נושמים עמוק שלוש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משחררים שרירים בידיים ובכתפיים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קנייה אימפולסיבית כדאי להשתמש בכלי __________ ד״ק.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בכלי גש״ר מאח״ד יש __________ ערוצי התמודדות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אומרים לחבר שנפגע כלכלית את המשפט 'אני כאן איתך', זה מבטא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השלב האחרון בעש״ן ד״ק נקרא __________, ובו מחליטים אם צריך או רוצים.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מחליטים: צריך או רוצה?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 שלוש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שרירים בידיים ובכתפיים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ולא קונים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'אני בוחר בחוכמה'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כספי שבו הרגשתם לחץ, והסבירו איך תשתמשו בכלי עש״ן ד״ק כדי להירגע לפני ההחלטה.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ערוץ מתוך גש״ר מאח״ד הכי עוזר לכם כשמשהו לא מסתדר, ואיזה תנסו בפעם הבאה?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תפקידו של כלי 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ערוצים מתוך גש״ר מאח״ד.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לומר לחבר שנפגע כלכלית כדי להביע תמיכה?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ורגש - פינת חוסן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